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85E" w:rsidRDefault="00A76E1A">
      <w:pPr>
        <w:jc w:val="center"/>
      </w:pPr>
      <w:r>
        <w:rPr>
          <w:b/>
          <w:color w:val="1F4E79"/>
          <w:sz w:val="32"/>
        </w:rPr>
        <w:t>SERTİFİKA PROGRAMI</w:t>
      </w:r>
      <w:r>
        <w:rPr>
          <w:b/>
          <w:color w:val="1F4E79"/>
          <w:sz w:val="32"/>
        </w:rPr>
        <w:br/>
        <w:t>BİLGİ VE BAŞVURU FORMU</w:t>
      </w:r>
    </w:p>
    <w:p w:rsidR="001D785E" w:rsidRDefault="00A76E1A">
      <w:pPr>
        <w:jc w:val="center"/>
      </w:pPr>
      <w:r>
        <w:rPr>
          <w:i/>
          <w:sz w:val="18"/>
        </w:rPr>
        <w:t>Lütfen aşağıdaki alanları doldurunuz. Uygun olmayan alanlara “Uygulanmaz” yazabilirsiniz.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45"/>
        <w:gridCol w:w="6327"/>
      </w:tblGrid>
      <w:tr w:rsidR="001D785E" w:rsidTr="00DC5469">
        <w:trPr>
          <w:trHeight w:val="604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proofErr w:type="spellStart"/>
            <w:r>
              <w:rPr>
                <w:b/>
                <w:sz w:val="18"/>
              </w:rPr>
              <w:t>Sertifika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Programının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Adı</w:t>
            </w:r>
            <w:proofErr w:type="spellEnd"/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</w:p>
        </w:tc>
      </w:tr>
      <w:tr w:rsidR="001D785E" w:rsidTr="00DC5469">
        <w:trPr>
          <w:trHeight w:val="302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Eğitim Şekli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Online    ☐ Yüz Yüze    ☐ Hibrit (Online-Yüz Yüze)</w:t>
            </w:r>
          </w:p>
        </w:tc>
      </w:tr>
      <w:tr w:rsidR="001D785E" w:rsidTr="00DC5469">
        <w:trPr>
          <w:trHeight w:val="574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Online ise: Online Platform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Zoom  ☐ Google Meet  ☐ Microsoft Teams  ☐ Cisco Webex  ☐ BigBlueButton  ☐ Diğer: __________</w:t>
            </w:r>
          </w:p>
        </w:tc>
      </w:tr>
      <w:tr w:rsidR="001D785E" w:rsidTr="00DC5469">
        <w:trPr>
          <w:trHeight w:val="589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Yüz Yüzeyse: Eğitim Adresi / Lokasyonu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</w:p>
        </w:tc>
      </w:tr>
      <w:tr w:rsidR="001D785E" w:rsidTr="00DC5469">
        <w:trPr>
          <w:trHeight w:val="604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Hibritse: Online Platform ve Eğitim Adresi / Lokasyonu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</w:p>
        </w:tc>
      </w:tr>
      <w:tr w:rsidR="001D785E" w:rsidTr="00DC5469">
        <w:trPr>
          <w:trHeight w:val="302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Planlanan Başlangıç Tarihi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t>____ / ____ / ________  (gg.aa.yy</w:t>
            </w:r>
            <w:r>
              <w:rPr>
                <w:sz w:val="18"/>
              </w:rPr>
              <w:t>yy)</w:t>
            </w:r>
          </w:p>
        </w:tc>
      </w:tr>
      <w:tr w:rsidR="001D785E" w:rsidTr="00DC5469">
        <w:trPr>
          <w:trHeight w:val="604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Eğitim Dili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</w:p>
        </w:tc>
      </w:tr>
      <w:tr w:rsidR="001D785E" w:rsidTr="00DC5469">
        <w:trPr>
          <w:trHeight w:val="589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Eğitim Süresi (Saat)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</w:p>
        </w:tc>
      </w:tr>
      <w:tr w:rsidR="001D785E" w:rsidTr="00DC5469">
        <w:trPr>
          <w:trHeight w:val="604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Kontenjan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</w:p>
        </w:tc>
      </w:tr>
      <w:tr w:rsidR="001D785E" w:rsidTr="00DC5469">
        <w:trPr>
          <w:trHeight w:val="604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Eğitim Ücreti (TL)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</w:p>
        </w:tc>
      </w:tr>
      <w:tr w:rsidR="001D785E" w:rsidTr="00DC5469">
        <w:trPr>
          <w:trHeight w:val="589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Yıllık Açılacak Dönem Sayısı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</w:p>
        </w:tc>
      </w:tr>
      <w:tr w:rsidR="001D785E" w:rsidTr="00DC5469">
        <w:trPr>
          <w:trHeight w:val="604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Planlanan Program Ömrü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</w:p>
        </w:tc>
      </w:tr>
      <w:tr w:rsidR="001D785E" w:rsidTr="00DC5469">
        <w:trPr>
          <w:trHeight w:val="589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Eğitmen / Eğitmenlerin Adı Soyadı / Unvanı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</w:p>
        </w:tc>
      </w:tr>
      <w:tr w:rsidR="001D785E" w:rsidTr="00DC5469">
        <w:trPr>
          <w:trHeight w:val="604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Belge Ücreti (TL)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</w:p>
        </w:tc>
      </w:tr>
      <w:tr w:rsidR="001D785E" w:rsidTr="00DC5469">
        <w:trPr>
          <w:trHeight w:val="860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Programa Başvuru Koşulları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1D785E" w:rsidTr="00DC5469">
        <w:trPr>
          <w:trHeight w:val="860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 xml:space="preserve">Sertifikaya Hak </w:t>
            </w:r>
            <w:r>
              <w:rPr>
                <w:b/>
                <w:sz w:val="18"/>
              </w:rPr>
              <w:t>Kazanma Koşulları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1D785E" w:rsidTr="00DC5469">
        <w:trPr>
          <w:trHeight w:val="1103"/>
          <w:jc w:val="center"/>
        </w:trPr>
        <w:tc>
          <w:tcPr>
            <w:tcW w:w="3845" w:type="dxa"/>
            <w:shd w:val="clear" w:color="auto" w:fill="D9EAF7"/>
            <w:vAlign w:val="center"/>
          </w:tcPr>
          <w:p w:rsidR="001D785E" w:rsidRDefault="00A76E1A">
            <w:pPr>
              <w:spacing w:after="40"/>
            </w:pPr>
            <w:r>
              <w:rPr>
                <w:b/>
                <w:sz w:val="18"/>
              </w:rPr>
              <w:t>Ders İçeriği</w:t>
            </w:r>
          </w:p>
        </w:tc>
        <w:tc>
          <w:tcPr>
            <w:tcW w:w="6327" w:type="dxa"/>
            <w:vAlign w:val="center"/>
          </w:tcPr>
          <w:p w:rsidR="001D785E" w:rsidRDefault="00A76E1A">
            <w:pPr>
              <w:spacing w:after="4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:rsidR="001D785E" w:rsidRDefault="001D785E"/>
    <w:p w:rsidR="001D785E" w:rsidRDefault="00A76E1A">
      <w:r>
        <w:rPr>
          <w:b/>
          <w:color w:val="1F4E79"/>
          <w:sz w:val="22"/>
        </w:rPr>
        <w:t>Ders İçeriği Dosyası</w:t>
      </w:r>
    </w:p>
    <w:p w:rsidR="001D785E" w:rsidRDefault="00DC5469">
      <w:pPr>
        <w:spacing w:after="80"/>
      </w:pPr>
      <w:r>
        <w:t>D</w:t>
      </w:r>
      <w:bookmarkStart w:id="0" w:name="_GoBack"/>
      <w:bookmarkEnd w:id="0"/>
      <w:r w:rsidR="00A76E1A">
        <w:t>ers içeriği dosyası semcukurova@gmail.com adresine gönderilecektir.</w:t>
      </w:r>
    </w:p>
    <w:p w:rsidR="001D785E" w:rsidRDefault="00A76E1A">
      <w:r>
        <w:rPr>
          <w:b/>
        </w:rPr>
        <w:t xml:space="preserve">E-posta: </w:t>
      </w:r>
      <w:r>
        <w:t>semcukurova@gmail.com</w:t>
      </w:r>
    </w:p>
    <w:sectPr w:rsidR="001D785E" w:rsidSect="00034616"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E1A" w:rsidRDefault="00A76E1A">
      <w:pPr>
        <w:spacing w:after="0" w:line="240" w:lineRule="auto"/>
      </w:pPr>
      <w:r>
        <w:separator/>
      </w:r>
    </w:p>
  </w:endnote>
  <w:endnote w:type="continuationSeparator" w:id="0">
    <w:p w:rsidR="00A76E1A" w:rsidRDefault="00A76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85E" w:rsidRDefault="00A76E1A">
    <w:pPr>
      <w:pStyle w:val="AltBilgi"/>
      <w:jc w:val="center"/>
    </w:pPr>
    <w:r>
      <w:rPr>
        <w:color w:val="808080"/>
        <w:sz w:val="16"/>
      </w:rPr>
      <w:t>Sertifika Programı</w:t>
    </w:r>
    <w:r>
      <w:rPr>
        <w:color w:val="808080"/>
        <w:sz w:val="16"/>
      </w:rPr>
      <w:t xml:space="preserve"> Bilgi ve Başvuru Formu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E1A" w:rsidRDefault="00A76E1A">
      <w:pPr>
        <w:spacing w:after="0" w:line="240" w:lineRule="auto"/>
      </w:pPr>
      <w:r>
        <w:separator/>
      </w:r>
    </w:p>
  </w:footnote>
  <w:footnote w:type="continuationSeparator" w:id="0">
    <w:p w:rsidR="00A76E1A" w:rsidRDefault="00A76E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785E"/>
    <w:rsid w:val="0029639D"/>
    <w:rsid w:val="00326F90"/>
    <w:rsid w:val="00A76E1A"/>
    <w:rsid w:val="00AA1D8D"/>
    <w:rsid w:val="00B47730"/>
    <w:rsid w:val="00CB0664"/>
    <w:rsid w:val="00DC54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56E54D"/>
  <w14:defaultImageDpi w14:val="300"/>
  <w15:docId w15:val="{B0804F3A-A593-4F19-9D5D-50976AD03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2F10B8-86E6-42F5-9BE0-1C8BA1533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Win10</cp:lastModifiedBy>
  <cp:revision>2</cp:revision>
  <dcterms:created xsi:type="dcterms:W3CDTF">2026-10-22T10:04:00Z</dcterms:created>
  <dcterms:modified xsi:type="dcterms:W3CDTF">2026-10-22T10:04:00Z</dcterms:modified>
  <cp:category/>
</cp:coreProperties>
</file>